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D9178" w14:textId="77777777" w:rsidR="003820E6" w:rsidRDefault="003820E6">
      <w:pPr>
        <w:spacing w:after="140"/>
        <w:jc w:val="center"/>
        <w:rPr>
          <w:b/>
          <w:color w:val="BE2C3C"/>
          <w:sz w:val="62"/>
        </w:rPr>
      </w:pPr>
    </w:p>
    <w:p w14:paraId="71FBAFB9" w14:textId="3C6F5145" w:rsidR="00A343BD" w:rsidRDefault="006D3691">
      <w:pPr>
        <w:spacing w:after="140"/>
        <w:jc w:val="center"/>
      </w:pPr>
      <w:r>
        <w:rPr>
          <w:b/>
          <w:color w:val="BE2C3C"/>
          <w:sz w:val="62"/>
        </w:rPr>
        <w:t>HEART HEALTH</w:t>
      </w:r>
      <w:r>
        <w:rPr>
          <w:b/>
          <w:color w:val="BE2C3C"/>
          <w:sz w:val="62"/>
        </w:rPr>
        <w:br/>
        <w:t>CHECKS</w:t>
      </w:r>
    </w:p>
    <w:p w14:paraId="5F913FBF" w14:textId="77777777" w:rsidR="00A343BD" w:rsidRDefault="006D3691">
      <w:pPr>
        <w:spacing w:after="40"/>
        <w:jc w:val="center"/>
      </w:pPr>
      <w:r>
        <w:rPr>
          <w:b/>
          <w:sz w:val="40"/>
        </w:rPr>
        <w:t>Pumping Marvellous</w:t>
      </w:r>
    </w:p>
    <w:p w14:paraId="62475FD2" w14:textId="77777777" w:rsidR="00A343BD" w:rsidRDefault="006D3691">
      <w:pPr>
        <w:spacing w:after="180"/>
        <w:jc w:val="center"/>
      </w:pPr>
      <w:r>
        <w:rPr>
          <w:color w:val="49545B"/>
          <w:sz w:val="26"/>
        </w:rPr>
        <w:t>Heart failure charity</w:t>
      </w:r>
    </w:p>
    <w:p w14:paraId="6733E888" w14:textId="77777777" w:rsidR="00A343BD" w:rsidRDefault="00A343BD">
      <w:pPr>
        <w:pBdr>
          <w:bottom w:val="single" w:sz="18" w:space="0" w:color="BE3442"/>
        </w:pBdr>
      </w:pPr>
    </w:p>
    <w:p w14:paraId="4D6CA32A" w14:textId="77777777" w:rsidR="00A343BD" w:rsidRDefault="006D3691">
      <w:pPr>
        <w:spacing w:before="220" w:after="120"/>
        <w:jc w:val="center"/>
      </w:pPr>
      <w:r>
        <w:rPr>
          <w:b/>
          <w:sz w:val="42"/>
        </w:rPr>
        <w:t>ARE YOU AGED OVER 40?</w:t>
      </w:r>
    </w:p>
    <w:p w14:paraId="5BBC6277" w14:textId="77777777" w:rsidR="00A343BD" w:rsidRDefault="006D3691">
      <w:pPr>
        <w:spacing w:after="180"/>
        <w:jc w:val="center"/>
      </w:pPr>
      <w:r>
        <w:rPr>
          <w:sz w:val="34"/>
        </w:rPr>
        <w:t>Come along for a heart health check.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93"/>
      </w:tblGrid>
      <w:tr w:rsidR="00A343BD" w14:paraId="1A51CB33" w14:textId="77777777">
        <w:trPr>
          <w:jc w:val="center"/>
        </w:trPr>
        <w:tc>
          <w:tcPr>
            <w:tcW w:w="9893" w:type="dxa"/>
            <w:shd w:val="clear" w:color="auto" w:fill="F2F5F7"/>
            <w:vAlign w:val="center"/>
          </w:tcPr>
          <w:p w14:paraId="651A51C2" w14:textId="77777777" w:rsidR="00A343BD" w:rsidRDefault="006D3691">
            <w:pPr>
              <w:spacing w:before="40" w:after="140"/>
              <w:jc w:val="center"/>
            </w:pPr>
            <w:r>
              <w:rPr>
                <w:b/>
                <w:sz w:val="42"/>
              </w:rPr>
              <w:t>THURSDAY 22 OCTOBER 2026</w:t>
            </w:r>
          </w:p>
          <w:p w14:paraId="3DBF7A36" w14:textId="77777777" w:rsidR="00A343BD" w:rsidRDefault="006D3691">
            <w:pPr>
              <w:spacing w:before="40" w:after="180"/>
              <w:jc w:val="center"/>
            </w:pPr>
            <w:r>
              <w:rPr>
                <w:b/>
                <w:color w:val="BE2C3C"/>
                <w:sz w:val="48"/>
              </w:rPr>
              <w:t>10am to 3pm</w:t>
            </w:r>
          </w:p>
          <w:p w14:paraId="75C03152" w14:textId="77777777" w:rsidR="00A343BD" w:rsidRDefault="006D3691">
            <w:pPr>
              <w:spacing w:before="40" w:after="40"/>
              <w:jc w:val="center"/>
            </w:pPr>
            <w:r>
              <w:rPr>
                <w:b/>
                <w:sz w:val="36"/>
              </w:rPr>
              <w:t>The Old School House</w:t>
            </w:r>
          </w:p>
          <w:p w14:paraId="69311078" w14:textId="77777777" w:rsidR="00A343BD" w:rsidRDefault="006D3691">
            <w:pPr>
              <w:spacing w:before="40" w:after="40"/>
              <w:jc w:val="center"/>
            </w:pPr>
            <w:r>
              <w:rPr>
                <w:sz w:val="32"/>
              </w:rPr>
              <w:t>Huyton, L36 0UX</w:t>
            </w:r>
          </w:p>
        </w:tc>
      </w:tr>
    </w:tbl>
    <w:p w14:paraId="4EED23D1" w14:textId="77777777" w:rsidR="00A343BD" w:rsidRDefault="006D3691">
      <w:pPr>
        <w:spacing w:before="260" w:after="180"/>
        <w:jc w:val="center"/>
      </w:pPr>
      <w:r>
        <w:rPr>
          <w:b/>
          <w:color w:val="BE2C3C"/>
          <w:sz w:val="44"/>
        </w:rPr>
        <w:t>NO APPOINTMENT NEEDED</w:t>
      </w:r>
    </w:p>
    <w:p w14:paraId="7A83DCEB" w14:textId="77777777" w:rsidR="00A343BD" w:rsidRDefault="00A343BD">
      <w:pPr>
        <w:pBdr>
          <w:bottom w:val="single" w:sz="8" w:space="0" w:color="D3DCE2"/>
        </w:pBdr>
      </w:pPr>
    </w:p>
    <w:p w14:paraId="2FBF14F7" w14:textId="77777777" w:rsidR="00A343BD" w:rsidRDefault="006D3691">
      <w:pPr>
        <w:spacing w:before="180" w:after="120"/>
        <w:jc w:val="center"/>
      </w:pPr>
      <w:r>
        <w:rPr>
          <w:b/>
          <w:sz w:val="34"/>
        </w:rPr>
        <w:t>WHO CAN ATTEND?</w:t>
      </w:r>
    </w:p>
    <w:p w14:paraId="5094094B" w14:textId="77777777" w:rsidR="00A343BD" w:rsidRDefault="006D3691">
      <w:pPr>
        <w:spacing w:after="80"/>
        <w:ind w:left="1440"/>
      </w:pPr>
      <w:r>
        <w:rPr>
          <w:sz w:val="28"/>
        </w:rPr>
        <w:t>✓</w:t>
      </w:r>
      <w:r>
        <w:rPr>
          <w:sz w:val="28"/>
        </w:rPr>
        <w:t xml:space="preserve">  Aged over 40</w:t>
      </w:r>
    </w:p>
    <w:p w14:paraId="5A35599C" w14:textId="77777777" w:rsidR="00A343BD" w:rsidRDefault="006D3691">
      <w:pPr>
        <w:spacing w:after="80"/>
        <w:ind w:left="1440"/>
      </w:pPr>
      <w:r>
        <w:rPr>
          <w:sz w:val="28"/>
        </w:rPr>
        <w:t>✓</w:t>
      </w:r>
      <w:r>
        <w:rPr>
          <w:sz w:val="28"/>
        </w:rPr>
        <w:t xml:space="preserve">  No existing diagnosis of heart failure</w:t>
      </w:r>
    </w:p>
    <w:p w14:paraId="4BBBADEE" w14:textId="77777777" w:rsidR="00A343BD" w:rsidRDefault="006D3691">
      <w:pPr>
        <w:spacing w:after="80"/>
        <w:ind w:left="1440"/>
        <w:rPr>
          <w:sz w:val="28"/>
        </w:rPr>
      </w:pPr>
      <w:r>
        <w:rPr>
          <w:sz w:val="28"/>
        </w:rPr>
        <w:t>✓</w:t>
      </w:r>
      <w:r>
        <w:rPr>
          <w:sz w:val="28"/>
        </w:rPr>
        <w:t xml:space="preserve">  No cardiac event in the last 6 months</w:t>
      </w:r>
    </w:p>
    <w:p w14:paraId="2609262F" w14:textId="77777777" w:rsidR="003820E6" w:rsidRDefault="003820E6">
      <w:pPr>
        <w:spacing w:after="80"/>
        <w:ind w:left="1440"/>
      </w:pPr>
    </w:p>
    <w:p w14:paraId="7A0C71C1" w14:textId="77777777" w:rsidR="00A343BD" w:rsidRDefault="006D3691">
      <w:pPr>
        <w:spacing w:before="220"/>
        <w:jc w:val="center"/>
        <w:rPr>
          <w:color w:val="49545B"/>
          <w:sz w:val="22"/>
        </w:rPr>
      </w:pPr>
      <w:r>
        <w:rPr>
          <w:color w:val="49545B"/>
          <w:sz w:val="22"/>
        </w:rPr>
        <w:t>Organised by Pumping Marvellous, the heart failure charity.</w:t>
      </w:r>
    </w:p>
    <w:p w14:paraId="3E8E8884" w14:textId="553DD38D" w:rsidR="002F605B" w:rsidRDefault="002F605B">
      <w:pPr>
        <w:spacing w:before="220"/>
        <w:jc w:val="center"/>
        <w:rPr>
          <w:b/>
          <w:color w:val="BE2C3C"/>
          <w:sz w:val="44"/>
        </w:rPr>
      </w:pPr>
      <w:r>
        <w:rPr>
          <w:b/>
          <w:color w:val="BE2C3C"/>
          <w:sz w:val="44"/>
        </w:rPr>
        <w:t>For more information call</w:t>
      </w:r>
    </w:p>
    <w:p w14:paraId="019C0A3F" w14:textId="7AC97599" w:rsidR="002F605B" w:rsidRDefault="002F605B">
      <w:pPr>
        <w:spacing w:before="220"/>
        <w:jc w:val="center"/>
      </w:pPr>
      <w:r w:rsidRPr="002F605B">
        <w:rPr>
          <w:b/>
          <w:color w:val="BE2C3C"/>
          <w:sz w:val="44"/>
        </w:rPr>
        <w:t>01772</w:t>
      </w:r>
      <w:r w:rsidRPr="002F605B">
        <w:rPr>
          <w:b/>
          <w:bCs/>
        </w:rPr>
        <w:t xml:space="preserve"> </w:t>
      </w:r>
      <w:r w:rsidRPr="002F605B">
        <w:rPr>
          <w:b/>
          <w:color w:val="BE2C3C"/>
          <w:sz w:val="44"/>
        </w:rPr>
        <w:t>796542</w:t>
      </w:r>
    </w:p>
    <w:sectPr w:rsidR="002F605B" w:rsidSect="00034616">
      <w:pgSz w:w="11909" w:h="16834"/>
      <w:pgMar w:top="576" w:right="1008" w:bottom="57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82002047">
    <w:abstractNumId w:val="8"/>
  </w:num>
  <w:num w:numId="2" w16cid:durableId="2072190659">
    <w:abstractNumId w:val="6"/>
  </w:num>
  <w:num w:numId="3" w16cid:durableId="1896038156">
    <w:abstractNumId w:val="5"/>
  </w:num>
  <w:num w:numId="4" w16cid:durableId="66080680">
    <w:abstractNumId w:val="4"/>
  </w:num>
  <w:num w:numId="5" w16cid:durableId="768812232">
    <w:abstractNumId w:val="7"/>
  </w:num>
  <w:num w:numId="6" w16cid:durableId="358357089">
    <w:abstractNumId w:val="3"/>
  </w:num>
  <w:num w:numId="7" w16cid:durableId="1696425418">
    <w:abstractNumId w:val="2"/>
  </w:num>
  <w:num w:numId="8" w16cid:durableId="1170411152">
    <w:abstractNumId w:val="1"/>
  </w:num>
  <w:num w:numId="9" w16cid:durableId="190798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7A6D"/>
    <w:rsid w:val="0015074B"/>
    <w:rsid w:val="0029639D"/>
    <w:rsid w:val="002F605B"/>
    <w:rsid w:val="00326F90"/>
    <w:rsid w:val="003820E6"/>
    <w:rsid w:val="00445AB6"/>
    <w:rsid w:val="0060344C"/>
    <w:rsid w:val="00A343BD"/>
    <w:rsid w:val="00AA1D8D"/>
    <w:rsid w:val="00B47730"/>
    <w:rsid w:val="00CB0664"/>
    <w:rsid w:val="00D853E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1514284"/>
  <w14:defaultImageDpi w14:val="300"/>
  <w15:docId w15:val="{504037EF-4A6F-4409-ACE6-720AFA04C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ptos" w:hAnsi="Aptos"/>
      <w:color w:val="18374C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64</Words>
  <Characters>371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Sarah Lafferty</cp:lastModifiedBy>
  <cp:revision>2</cp:revision>
  <dcterms:created xsi:type="dcterms:W3CDTF">2026-10-21T13:16:00Z</dcterms:created>
  <dcterms:modified xsi:type="dcterms:W3CDTF">2026-10-21T13:16:00Z</dcterms:modified>
  <cp:category/>
</cp:coreProperties>
</file>